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02DB" w14:textId="77777777" w:rsidR="00E12BBD" w:rsidRDefault="00000000">
      <w:pPr>
        <w:jc w:val="center"/>
        <w:rPr>
          <w:lang w:eastAsia="ja-JP"/>
        </w:rPr>
      </w:pPr>
      <w:r>
        <w:rPr>
          <w:rFonts w:ascii="ＭＳ 明朝" w:eastAsia="ＭＳ 明朝" w:hAnsi="ＭＳ 明朝"/>
          <w:b/>
          <w:sz w:val="32"/>
          <w:lang w:eastAsia="ja-JP"/>
        </w:rPr>
        <w:t>「JENESYS2026」台湾派遣プログラム 課題作文用紙</w:t>
      </w:r>
    </w:p>
    <w:p w14:paraId="7B01864A" w14:textId="77777777" w:rsidR="00E12BBD" w:rsidRDefault="00000000">
      <w:proofErr w:type="spellStart"/>
      <w:r>
        <w:rPr>
          <w:b/>
        </w:rPr>
        <w:t>氏名</w:t>
      </w:r>
      <w:proofErr w:type="spellEnd"/>
      <w:r>
        <w:rPr>
          <w:b/>
        </w:rPr>
        <w:t xml:space="preserve">：　　　　　　　　　　　　　　　　　　　</w:t>
      </w:r>
      <w:proofErr w:type="spellStart"/>
      <w:r>
        <w:rPr>
          <w:b/>
        </w:rPr>
        <w:t>在籍大学</w:t>
      </w:r>
      <w:proofErr w:type="spellEnd"/>
      <w:r>
        <w:rPr>
          <w:b/>
        </w:rPr>
        <w:t xml:space="preserve">：　　　　　　　　　　　　　　　　　　</w:t>
      </w:r>
    </w:p>
    <w:p w14:paraId="0489B31B" w14:textId="77777777" w:rsidR="00E12BBD" w:rsidRDefault="00000000">
      <w:pPr>
        <w:rPr>
          <w:lang w:eastAsia="ja-JP"/>
        </w:rPr>
      </w:pPr>
      <w:r>
        <w:rPr>
          <w:b/>
          <w:lang w:eastAsia="ja-JP"/>
        </w:rPr>
        <w:t>【テーマ】</w:t>
      </w:r>
      <w:r>
        <w:rPr>
          <w:b/>
          <w:lang w:eastAsia="ja-JP"/>
        </w:rPr>
        <w:br/>
      </w:r>
      <w:r>
        <w:rPr>
          <w:b/>
          <w:lang w:eastAsia="ja-JP"/>
        </w:rPr>
        <w:t>「台湾に伝えたい日本の食とスマート農業の現状、そして台湾での学びを今後の自身の歩みにどうつなげていくか」</w:t>
      </w:r>
    </w:p>
    <w:p w14:paraId="31A8CDC7" w14:textId="77777777" w:rsidR="00E12BBD" w:rsidRDefault="00000000">
      <w:r>
        <w:rPr>
          <w:b/>
          <w:color w:val="FF0000"/>
          <w:lang w:eastAsia="ja-JP"/>
        </w:rPr>
        <w:t>【重要事項】</w:t>
      </w:r>
      <w:r>
        <w:rPr>
          <w:b/>
          <w:color w:val="FF0000"/>
          <w:lang w:eastAsia="ja-JP"/>
        </w:rPr>
        <w:br/>
      </w:r>
      <w:r>
        <w:rPr>
          <w:b/>
          <w:color w:val="FF0000"/>
          <w:lang w:eastAsia="ja-JP"/>
        </w:rPr>
        <w:t>・</w:t>
      </w:r>
      <w:r>
        <w:rPr>
          <w:b/>
          <w:color w:val="FF0000"/>
          <w:lang w:eastAsia="ja-JP"/>
        </w:rPr>
        <w:t>A4</w:t>
      </w:r>
      <w:r>
        <w:rPr>
          <w:b/>
          <w:color w:val="FF0000"/>
          <w:lang w:eastAsia="ja-JP"/>
        </w:rPr>
        <w:t>用紙</w:t>
      </w:r>
      <w:r>
        <w:rPr>
          <w:b/>
          <w:color w:val="FF0000"/>
          <w:lang w:eastAsia="ja-JP"/>
        </w:rPr>
        <w:t>1</w:t>
      </w:r>
      <w:r>
        <w:rPr>
          <w:b/>
          <w:color w:val="FF0000"/>
          <w:lang w:eastAsia="ja-JP"/>
        </w:rPr>
        <w:t>枚、</w:t>
      </w:r>
      <w:r>
        <w:rPr>
          <w:b/>
          <w:color w:val="FF0000"/>
          <w:lang w:eastAsia="ja-JP"/>
        </w:rPr>
        <w:t>1,000</w:t>
      </w:r>
      <w:r>
        <w:rPr>
          <w:b/>
          <w:color w:val="FF0000"/>
          <w:lang w:eastAsia="ja-JP"/>
        </w:rPr>
        <w:t>字以内（枠内に収めるように記述してください）。</w:t>
      </w:r>
      <w:r>
        <w:rPr>
          <w:b/>
          <w:color w:val="FF0000"/>
          <w:lang w:eastAsia="ja-JP"/>
        </w:rPr>
        <w:br/>
      </w:r>
      <w:r>
        <w:rPr>
          <w:b/>
          <w:color w:val="FF0000"/>
          <w:lang w:eastAsia="ja-JP"/>
        </w:rPr>
        <w:t>・</w:t>
      </w:r>
      <w:r>
        <w:rPr>
          <w:b/>
          <w:color w:val="FF0000"/>
          <w:lang w:eastAsia="ja-JP"/>
        </w:rPr>
        <w:t>ChatGPT</w:t>
      </w:r>
      <w:r>
        <w:rPr>
          <w:b/>
          <w:color w:val="FF0000"/>
          <w:lang w:eastAsia="ja-JP"/>
        </w:rPr>
        <w:t>等の生成</w:t>
      </w:r>
      <w:r>
        <w:rPr>
          <w:b/>
          <w:color w:val="FF0000"/>
          <w:lang w:eastAsia="ja-JP"/>
        </w:rPr>
        <w:t>AI</w:t>
      </w:r>
      <w:r>
        <w:rPr>
          <w:b/>
          <w:color w:val="FF0000"/>
          <w:lang w:eastAsia="ja-JP"/>
        </w:rPr>
        <w:t>ツールを用いて作成された作文は一切認められず、失格となります。</w:t>
      </w:r>
      <w:proofErr w:type="spellStart"/>
      <w:r>
        <w:rPr>
          <w:b/>
          <w:color w:val="FF0000"/>
        </w:rPr>
        <w:t>必ずご自身の言葉で記述してください</w:t>
      </w:r>
      <w:proofErr w:type="spellEnd"/>
      <w:r>
        <w:rPr>
          <w:b/>
          <w:color w:val="FF0000"/>
        </w:rPr>
        <w:t>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06"/>
      </w:tblGrid>
      <w:tr w:rsidR="00E12BBD" w14:paraId="5EB47E41" w14:textId="77777777">
        <w:tc>
          <w:tcPr>
            <w:tcW w:w="99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EB2343" w14:textId="77777777" w:rsidR="00E12BBD" w:rsidRDefault="00000000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4D5C774D" w14:textId="77777777" w:rsidR="00C478A1" w:rsidRDefault="00C478A1"/>
    <w:sectPr w:rsidR="00C478A1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331C7" w14:textId="77777777" w:rsidR="001A34F3" w:rsidRDefault="001A34F3" w:rsidP="00E14358">
      <w:pPr>
        <w:spacing w:after="0" w:line="240" w:lineRule="auto"/>
      </w:pPr>
      <w:r>
        <w:separator/>
      </w:r>
    </w:p>
  </w:endnote>
  <w:endnote w:type="continuationSeparator" w:id="0">
    <w:p w14:paraId="2665B470" w14:textId="77777777" w:rsidR="001A34F3" w:rsidRDefault="001A34F3" w:rsidP="00E14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F0EE8" w14:textId="77777777" w:rsidR="001A34F3" w:rsidRDefault="001A34F3" w:rsidP="00E14358">
      <w:pPr>
        <w:spacing w:after="0" w:line="240" w:lineRule="auto"/>
      </w:pPr>
      <w:r>
        <w:separator/>
      </w:r>
    </w:p>
  </w:footnote>
  <w:footnote w:type="continuationSeparator" w:id="0">
    <w:p w14:paraId="711E7227" w14:textId="77777777" w:rsidR="001A34F3" w:rsidRDefault="001A34F3" w:rsidP="00E143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7538214">
    <w:abstractNumId w:val="8"/>
  </w:num>
  <w:num w:numId="2" w16cid:durableId="1182083901">
    <w:abstractNumId w:val="6"/>
  </w:num>
  <w:num w:numId="3" w16cid:durableId="1574000533">
    <w:abstractNumId w:val="5"/>
  </w:num>
  <w:num w:numId="4" w16cid:durableId="713506805">
    <w:abstractNumId w:val="4"/>
  </w:num>
  <w:num w:numId="5" w16cid:durableId="1502282863">
    <w:abstractNumId w:val="7"/>
  </w:num>
  <w:num w:numId="6" w16cid:durableId="1313173577">
    <w:abstractNumId w:val="3"/>
  </w:num>
  <w:num w:numId="7" w16cid:durableId="429812623">
    <w:abstractNumId w:val="2"/>
  </w:num>
  <w:num w:numId="8" w16cid:durableId="937249291">
    <w:abstractNumId w:val="1"/>
  </w:num>
  <w:num w:numId="9" w16cid:durableId="128743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34F3"/>
    <w:rsid w:val="0029639D"/>
    <w:rsid w:val="00326F90"/>
    <w:rsid w:val="003C354F"/>
    <w:rsid w:val="006C7075"/>
    <w:rsid w:val="00A14588"/>
    <w:rsid w:val="00AA1D8D"/>
    <w:rsid w:val="00AD3BBD"/>
    <w:rsid w:val="00B47730"/>
    <w:rsid w:val="00C478A1"/>
    <w:rsid w:val="00CB0664"/>
    <w:rsid w:val="00E12BBD"/>
    <w:rsid w:val="00E14358"/>
    <w:rsid w:val="00E82A6E"/>
    <w:rsid w:val="00EA4724"/>
    <w:rsid w:val="00EC48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99FE45"/>
  <w14:defaultImageDpi w14:val="300"/>
  <w15:docId w15:val="{0818D90B-F817-4194-909D-6EE6492A0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藤田  晃典</cp:lastModifiedBy>
  <cp:revision>4</cp:revision>
  <dcterms:created xsi:type="dcterms:W3CDTF">2026-10-13T09:19:00Z</dcterms:created>
  <dcterms:modified xsi:type="dcterms:W3CDTF">2026-10-13T09:20:00Z</dcterms:modified>
  <cp:category/>
</cp:coreProperties>
</file>